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keepNext/>
        <w:keepLines/>
      </w:pPr>
      <w:r>
        <w:rPr>
          <w:rFonts w:ascii="Arial" w:hAnsi="Arial"/>
          <w:b/>
          <w:i w:val="0"/>
          <w:color w:val="1E4D70"/>
          <w:sz w:val="44"/>
        </w:rPr>
        <w:t>[IME I PREZIME]</w:t>
      </w:r>
    </w:p>
    <w:p>
      <w:pPr>
        <w:spacing w:after="140"/>
        <w:keepLines/>
      </w:pPr>
      <w:r>
        <w:rPr>
          <w:rFonts w:ascii="Arial" w:hAnsi="Arial"/>
          <w:b w:val="0"/>
          <w:i/>
          <w:color w:val="6B7280"/>
          <w:sz w:val="22"/>
        </w:rPr>
        <w:t>[Zanimanje / profesionalno područje]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7E1E8"/>
          <w:start w:val="single" w:sz="5" w:space="0" w:color="D7E1E8"/>
          <w:bottom w:val="single" w:sz="5" w:space="0" w:color="D7E1E8"/>
          <w:end w:val="single" w:sz="5" w:space="0" w:color="D7E1E8"/>
          <w:insideH w:val="single" w:sz="5" w:space="0" w:color="D7E1E8"/>
          <w:insideV w:val="single" w:sz="5" w:space="0" w:color="D7E1E8"/>
        </w:tblBorders>
      </w:tblPr>
      <w:tblGrid>
        <w:gridCol w:w="4734"/>
        <w:gridCol w:w="4734"/>
      </w:tblGrid>
      <w:tr>
        <w:trPr>
          <w:cantSplit/>
        </w:trPr>
        <w:tc>
          <w:tcPr>
            <w:tcW w:type="dxa" w:w="4989"/>
            <w:shd w:fill="EAF2F7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Telefon: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[+387 ...]</w:t>
            </w:r>
          </w:p>
        </w:tc>
        <w:tc>
          <w:tcPr>
            <w:tcW w:type="dxa" w:w="4989"/>
            <w:shd w:fill="EAF2F7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E-pošta: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[ime.prezime@email.com]</w:t>
            </w:r>
          </w:p>
        </w:tc>
      </w:tr>
      <w:tr>
        <w:trPr>
          <w:cantSplit/>
        </w:trPr>
        <w:tc>
          <w:tcPr>
            <w:tcW w:type="dxa" w:w="4989"/>
            <w:shd w:fill="EAF2F7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Mjesto stanovanja: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[Grad / općina]</w:t>
            </w:r>
          </w:p>
        </w:tc>
        <w:tc>
          <w:tcPr>
            <w:tcW w:type="dxa" w:w="4989"/>
            <w:shd w:fill="EAF2F7"/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8"/>
              </w:rPr>
              <w:t xml:space="preserve">LinkedIn / portfolio: </w:t>
            </w:r>
            <w:r>
              <w:rPr>
                <w:rFonts w:ascii="Arial" w:hAnsi="Arial"/>
                <w:b w:val="0"/>
                <w:i/>
                <w:color w:val="6B7280"/>
                <w:sz w:val="18"/>
              </w:rPr>
              <w:t>[poveznica – po potrebi]</w:t>
            </w:r>
          </w:p>
        </w:tc>
      </w:tr>
    </w:tbl>
    <w:p>
      <w:pPr>
        <w:spacing w:before="80" w:after="80"/>
        <w:jc w:val="right"/>
        <w:keepLines/>
      </w:pPr>
      <w:r>
        <w:rPr>
          <w:rFonts w:ascii="Arial" w:hAnsi="Arial"/>
          <w:b w:val="0"/>
          <w:i/>
          <w:color w:val="6B7280"/>
          <w:sz w:val="16"/>
        </w:rPr>
        <w:t>Upute u uglatim zagradama zamijenite vlastitim podacima i uklonite prije slanja.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PROFESIONALNI PROFIL</w:t>
      </w:r>
    </w:p>
    <w:p>
      <w:pPr>
        <w:spacing w:after="80"/>
        <w:keepLines/>
      </w:pPr>
      <w:r>
        <w:rPr>
          <w:rFonts w:ascii="Arial" w:hAnsi="Arial"/>
          <w:b w:val="0"/>
          <w:i/>
          <w:color w:val="6B7280"/>
          <w:sz w:val="20"/>
        </w:rPr>
        <w:t>[U 2–4 rečenice sažmite svoje iskustvo, najvažnije kompetencije i profesionalno područje. Prilagodite ovaj dio poslu za koji se prijavljujete.]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RADNO ISKUSTVO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200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1"/>
              </w:rPr>
              <w:t>[Radno mjesto / funkcija]</w:t>
            </w:r>
          </w:p>
        </w:tc>
        <w:tc>
          <w:tcPr>
            <w:tcW w:type="dxa" w:w="4989"/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9"/>
              </w:rPr>
              <w:t>[MM/GGGG – MM/GGGG]</w:t>
            </w:r>
          </w:p>
        </w:tc>
      </w:tr>
    </w:tbl>
    <w:p>
      <w:pPr>
        <w:spacing w:before="0" w:after="40"/>
        <w:keepLines/>
      </w:pPr>
      <w:r>
        <w:rPr>
          <w:rFonts w:ascii="Arial" w:hAnsi="Arial"/>
          <w:b w:val="0"/>
          <w:i/>
          <w:color w:val="6B7280"/>
          <w:sz w:val="19"/>
        </w:rPr>
        <w:t>[Naziv poslodavca, mjesto]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[Ključni zadatak, odgovornost ili područje rada]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[Konkretan rezultat ili postignuće, ako je primjenjivo]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[Dodatna relevantna odgovornost ili vještina]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200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1"/>
              </w:rPr>
              <w:t>[Radno mjesto / funkcija]</w:t>
            </w:r>
          </w:p>
        </w:tc>
        <w:tc>
          <w:tcPr>
            <w:tcW w:type="dxa" w:w="4989"/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9"/>
              </w:rPr>
              <w:t>[MM/GGGG – MM/GGGG]</w:t>
            </w:r>
          </w:p>
        </w:tc>
      </w:tr>
    </w:tbl>
    <w:p>
      <w:pPr>
        <w:spacing w:before="0" w:after="40"/>
        <w:keepLines/>
      </w:pPr>
      <w:r>
        <w:rPr>
          <w:rFonts w:ascii="Arial" w:hAnsi="Arial"/>
          <w:b w:val="0"/>
          <w:i/>
          <w:color w:val="6B7280"/>
          <w:sz w:val="19"/>
        </w:rPr>
        <w:t>[Naziv poslodavca, mjesto]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[Ključni zadatak, odgovornost ili područje rada]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[Konkretan rezultat ili postignuće, ako je primjenjivo]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OBRAZOVANJE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200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1"/>
              </w:rPr>
              <w:t>[Stečeno zvanje / kvalifikacija]</w:t>
            </w:r>
          </w:p>
        </w:tc>
        <w:tc>
          <w:tcPr>
            <w:tcW w:type="dxa" w:w="4989"/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9"/>
              </w:rPr>
              <w:t>[GGGG – GGGG]</w:t>
            </w:r>
          </w:p>
        </w:tc>
      </w:tr>
    </w:tbl>
    <w:p>
      <w:pPr>
        <w:spacing w:before="0" w:after="80"/>
        <w:keepLines/>
      </w:pPr>
      <w:r>
        <w:rPr>
          <w:rFonts w:ascii="Arial" w:hAnsi="Arial"/>
          <w:b w:val="0"/>
          <w:i/>
          <w:color w:val="6B7280"/>
          <w:sz w:val="19"/>
        </w:rPr>
        <w:t>[Naziv obrazovne ustanove, mjesto]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7200"/>
        <w:gridCol w:w="2324"/>
      </w:tblGrid>
      <w:tr>
        <w:trPr>
          <w:cantSplit/>
        </w:trPr>
        <w:tc>
          <w:tcPr>
            <w:tcW w:type="dxa" w:w="4989"/>
            <w:tcMar>
              <w:top w:w="0" w:type="dxa"/>
              <w:start w:w="0" w:type="dxa"/>
              <w:bottom w:w="0" w:type="dxa"/>
              <w:end w:w="8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/>
                <w:color w:val="6B7280"/>
                <w:sz w:val="21"/>
              </w:rPr>
              <w:t>[Stečeno zvanje / kvalifikacija]</w:t>
            </w:r>
          </w:p>
        </w:tc>
        <w:tc>
          <w:tcPr>
            <w:tcW w:type="dxa" w:w="4989"/>
            <w:tcMar>
              <w:top w:w="0" w:type="dxa"/>
              <w:start w:w="80" w:type="dxa"/>
              <w:bottom w:w="0" w:type="dxa"/>
              <w:end w:w="0" w:type="dxa"/>
            </w:tcMar>
          </w:tcPr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i/>
                <w:color w:val="6B7280"/>
                <w:sz w:val="19"/>
              </w:rPr>
              <w:t>[GGGG – GGGG]</w:t>
            </w:r>
          </w:p>
        </w:tc>
      </w:tr>
    </w:tbl>
    <w:p>
      <w:pPr>
        <w:spacing w:before="0" w:after="80"/>
        <w:keepLines/>
      </w:pPr>
      <w:r>
        <w:rPr>
          <w:rFonts w:ascii="Arial" w:hAnsi="Arial"/>
          <w:b w:val="0"/>
          <w:i/>
          <w:color w:val="6B7280"/>
          <w:sz w:val="19"/>
        </w:rPr>
        <w:t>[Naziv obrazovne ustanove, mjesto]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OBUKE I CERTIFIKATI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[GGGG | Naziv obuke / certifikata – organizator]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[GGGG | Naziv obuke / certifikata – organizator]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VJEŠTINE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4734"/>
        <w:gridCol w:w="4734"/>
      </w:tblGrid>
      <w:tr>
        <w:trPr>
          <w:cantSplit/>
        </w:trPr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shd w:fill="F4F6F8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Digitalne i stručne vještine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[Npr. Excel, Word, CAD, računovodstveni programi, tehničke vještine...]</w:t>
            </w:r>
          </w:p>
        </w:tc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shd w:fill="F4F6F8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Strani jezici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[Npr. engleski B2, njemački A2...]</w:t>
            </w:r>
          </w:p>
        </w:tc>
      </w:tr>
      <w:tr>
        <w:trPr>
          <w:cantSplit/>
        </w:trPr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shd w:fill="F4F6F8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Komunikacijske i organizacijske vještine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[Navedite samo vještine koje možete potkrijepiti iskustvom.]</w:t>
            </w:r>
          </w:p>
        </w:tc>
        <w:tc>
          <w:tcPr>
            <w:tcW w:type="dxa" w:w="4989"/>
            <w:tcMar>
              <w:top w:w="90" w:type="dxa"/>
              <w:start w:w="120" w:type="dxa"/>
              <w:bottom w:w="90" w:type="dxa"/>
              <w:end w:w="120" w:type="dxa"/>
            </w:tcMar>
            <w:shd w:fill="F4F6F8"/>
          </w:tcPr>
          <w:p>
            <w:pPr>
              <w:spacing w:after="40"/>
            </w:pPr>
            <w:r>
              <w:rPr>
                <w:rFonts w:ascii="Arial" w:hAnsi="Arial"/>
                <w:b/>
                <w:i w:val="0"/>
                <w:color w:val="1E4D70"/>
                <w:sz w:val="19"/>
              </w:rPr>
              <w:t>Ostalo</w:t>
            </w:r>
          </w:p>
          <w:p>
            <w:pPr>
              <w:spacing w:after="0"/>
            </w:pPr>
            <w:r>
              <w:rPr>
                <w:rFonts w:ascii="Arial" w:hAnsi="Arial"/>
                <w:b w:val="0"/>
                <w:i/>
                <w:color w:val="6B7280"/>
                <w:sz w:val="18"/>
              </w:rPr>
              <w:t>[Vozačka dozvola, licence ili druge informacije relevantne za posao.]</w:t>
            </w:r>
          </w:p>
        </w:tc>
      </w:tr>
    </w:tbl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PROJEKTI, VOLONTIRANJE I DRUGA ISKUSTVA (PO POTREBI)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[Naziv projekta / aktivnosti – uloga, razdoblje i najvažniji doprinos]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[Volontiranje, stručna praksa, studentski ili drugi relevantni angažman]</w:t>
      </w:r>
    </w:p>
    <w:p>
      <w:pPr>
        <w:spacing w:before="200" w:after="100"/>
        <w:keepNext/>
        <w:pBdr>
          <w:bottom w:val="single" w:sz="10" w:space="4" w:color="255E8A"/>
        </w:pBdr>
        <w:keepLines/>
      </w:pPr>
      <w:r>
        <w:rPr>
          <w:rFonts w:ascii="Arial" w:hAnsi="Arial"/>
          <w:b/>
          <w:i w:val="0"/>
          <w:color w:val="1E4D70"/>
          <w:sz w:val="23"/>
        </w:rPr>
        <w:t>POSTIGNUĆA, NAGRADE I PUBLIKACIJE (PO POTREBI)</w:t>
      </w:r>
    </w:p>
    <w:p>
      <w:r>
        <w:rPr>
          <w:rFonts w:ascii="Arial" w:hAnsi="Arial"/>
          <w:color w:val="255E8A"/>
        </w:rPr>
        <w:t>• </w:t>
      </w:r>
      <w:pPr>
        <w:pStyle w:val="CVBullet"/>
        <w:keepLines/>
      </w:pPr>
      <w:r>
        <w:rPr>
          <w:rFonts w:ascii="Arial" w:hAnsi="Arial"/>
          <w:b w:val="0"/>
          <w:i/>
          <w:color w:val="6B7280"/>
          <w:sz w:val="21"/>
        </w:rPr>
        <w:t>[Navedite samo informacije koje su relevantne za posao za koji se prijavljujete.]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D7E1E8"/>
          <w:start w:val="single" w:sz="5" w:space="0" w:color="D7E1E8"/>
          <w:bottom w:val="single" w:sz="5" w:space="0" w:color="D7E1E8"/>
          <w:end w:val="single" w:sz="5" w:space="0" w:color="D7E1E8"/>
        </w:tblBorders>
      </w:tblPr>
      <w:tblGrid>
        <w:gridCol w:w="9468"/>
      </w:tblGrid>
      <w:tr>
        <w:tc>
          <w:tcPr>
            <w:tcW w:type="dxa" w:w="9978"/>
            <w:shd w:fill="F8FAFB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/>
                <w:b/>
                <w:i w:val="0"/>
                <w:color w:val="1E4D70"/>
                <w:sz w:val="17"/>
              </w:rPr>
              <w:t xml:space="preserve">Prije slanja: </w:t>
            </w:r>
            <w:r>
              <w:rPr>
                <w:rFonts w:ascii="Arial" w:hAnsi="Arial"/>
                <w:b w:val="0"/>
                <w:i w:val="0"/>
                <w:color w:val="6B7280"/>
                <w:sz w:val="17"/>
              </w:rPr>
              <w:t>prilagodite sadržaj konkretnom oglasu, provjerite pravopis i kontaktne podatke te dokument spremite u PDF ako poslodavac nije zatražio drugi format.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964" w:bottom="765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Arial" w:hAnsi="Arial"/>
        <w:b w:val="0"/>
        <w:i w:val="0"/>
        <w:color w:val="6B7280"/>
        <w:sz w:val="15"/>
      </w:rPr>
      <w:t>Predložak za osobnu prilagodbu • Županijski zavod za upošljavanje Livno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  <w:pBdr>
        <w:bottom w:val="single" w:sz="12" w:space="3" w:color="255E8A"/>
      </w:pBdr>
    </w:pPr>
    <w:r>
      <w:rPr>
        <w:rFonts w:ascii="Arial" w:hAnsi="Arial"/>
        <w:b/>
        <w:i w:val="0"/>
        <w:color w:val="255E8A"/>
        <w:sz w:val="16"/>
      </w:rPr>
      <w:t>PREDLOŽAK ŽIVOTOPISA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5" w:lineRule="auto"/>
    </w:pPr>
    <w:rPr>
      <w:rFonts w:ascii="Arial" w:hAnsi="Arial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ullet">
    <w:name w:val="CV Bullet"/>
    <w:pPr>
      <w:spacing w:after="20"/>
      <w:ind w:left="272" w:hanging="142"/>
    </w:pPr>
    <w:rPr>
      <w:rFonts w:ascii="Arial" w:hAnsi="Arial"/>
      <w:color w:val="1F2933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Predložak životopisa</dc:title>
  <dc:subject>Predložak za izradu životopisa</dc:subject>
  <dc:creator>Županijski zavod za upošljavanje Livno</dc:creator>
  <cp:keywords>životopis, CV, predložak, zapošljavanje</cp:keywords>
  <dc:description>Predložak za osobnu prilagodbu.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