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Arial" w:hAnsi="Arial"/>
          <w:b/>
          <w:i w:val="0"/>
          <w:color w:val="1E4D70"/>
          <w:sz w:val="44"/>
        </w:rPr>
        <w:t>[IME I PREZIME]</w:t>
      </w:r>
    </w:p>
    <w:p>
      <w:pPr>
        <w:spacing w:after="120"/>
      </w:pPr>
      <w:r>
        <w:rPr>
          <w:rFonts w:ascii="Arial" w:hAnsi="Arial"/>
          <w:b w:val="0"/>
          <w:i/>
          <w:color w:val="6B7280"/>
          <w:sz w:val="22"/>
        </w:rPr>
        <w:t>[Zanimanje / područje rada – po potrebi]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7E1E8"/>
          <w:start w:val="single" w:sz="5" w:space="0" w:color="D7E1E8"/>
          <w:bottom w:val="single" w:sz="5" w:space="0" w:color="D7E1E8"/>
          <w:end w:val="single" w:sz="5" w:space="0" w:color="D7E1E8"/>
          <w:insideH w:val="single" w:sz="5" w:space="0" w:color="D7E1E8"/>
          <w:insideV w:val="single" w:sz="5" w:space="0" w:color="D7E1E8"/>
        </w:tblBorders>
      </w:tblPr>
      <w:tblGrid>
        <w:gridCol w:w="4734"/>
        <w:gridCol w:w="4734"/>
      </w:tblGrid>
      <w:tr>
        <w:trPr>
          <w:cantSplit/>
        </w:trPr>
        <w:tc>
          <w:tcPr>
            <w:tcW w:type="dxa" w:w="4989"/>
            <w:shd w:fill="EAF2F7"/>
            <w:tcMar>
              <w:top w:w="70" w:type="dxa"/>
              <w:start w:w="105" w:type="dxa"/>
              <w:bottom w:w="70" w:type="dxa"/>
              <w:end w:w="10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E4D70"/>
                <w:sz w:val="18"/>
              </w:rPr>
              <w:t xml:space="preserve">Telefon: </w:t>
            </w:r>
            <w:r>
              <w:rPr>
                <w:rFonts w:ascii="Arial" w:hAnsi="Arial"/>
                <w:b w:val="0"/>
                <w:i/>
                <w:color w:val="6B7280"/>
                <w:sz w:val="18"/>
              </w:rPr>
              <w:t>[+387 ...]</w:t>
            </w:r>
          </w:p>
        </w:tc>
        <w:tc>
          <w:tcPr>
            <w:tcW w:type="dxa" w:w="4989"/>
            <w:shd w:fill="EAF2F7"/>
            <w:tcMar>
              <w:top w:w="70" w:type="dxa"/>
              <w:start w:w="105" w:type="dxa"/>
              <w:bottom w:w="70" w:type="dxa"/>
              <w:end w:w="10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E4D70"/>
                <w:sz w:val="18"/>
              </w:rPr>
              <w:t xml:space="preserve">E-pošta: </w:t>
            </w:r>
            <w:r>
              <w:rPr>
                <w:rFonts w:ascii="Arial" w:hAnsi="Arial"/>
                <w:b w:val="0"/>
                <w:i/>
                <w:color w:val="6B7280"/>
                <w:sz w:val="18"/>
              </w:rPr>
              <w:t>[ime.prezime@email.com]</w:t>
            </w:r>
          </w:p>
        </w:tc>
      </w:tr>
      <w:tr>
        <w:trPr>
          <w:cantSplit/>
        </w:trPr>
        <w:tc>
          <w:tcPr>
            <w:tcW w:type="dxa" w:w="4989"/>
            <w:shd w:fill="EAF2F7"/>
            <w:tcMar>
              <w:top w:w="70" w:type="dxa"/>
              <w:start w:w="105" w:type="dxa"/>
              <w:bottom w:w="70" w:type="dxa"/>
              <w:end w:w="10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E4D70"/>
                <w:sz w:val="18"/>
              </w:rPr>
              <w:t xml:space="preserve">Mjesto stanovanja: </w:t>
            </w:r>
            <w:r>
              <w:rPr>
                <w:rFonts w:ascii="Arial" w:hAnsi="Arial"/>
                <w:b w:val="0"/>
                <w:i/>
                <w:color w:val="6B7280"/>
                <w:sz w:val="18"/>
              </w:rPr>
              <w:t>[Grad / općina]</w:t>
            </w:r>
          </w:p>
        </w:tc>
        <w:tc>
          <w:tcPr>
            <w:tcW w:type="dxa" w:w="4989"/>
            <w:shd w:fill="EAF2F7"/>
            <w:tcMar>
              <w:top w:w="70" w:type="dxa"/>
              <w:start w:w="105" w:type="dxa"/>
              <w:bottom w:w="70" w:type="dxa"/>
              <w:end w:w="10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E4D70"/>
                <w:sz w:val="18"/>
              </w:rPr>
              <w:t xml:space="preserve">Vozačka dozvola: </w:t>
            </w:r>
            <w:r>
              <w:rPr>
                <w:rFonts w:ascii="Arial" w:hAnsi="Arial"/>
                <w:b w:val="0"/>
                <w:i/>
                <w:color w:val="6B7280"/>
                <w:sz w:val="18"/>
              </w:rPr>
              <w:t>[kategorija – po potrebi]</w:t>
            </w:r>
          </w:p>
        </w:tc>
      </w:tr>
    </w:tbl>
    <w:p>
      <w:pPr>
        <w:spacing w:before="60" w:after="40"/>
        <w:jc w:val="right"/>
      </w:pPr>
      <w:r>
        <w:rPr>
          <w:rFonts w:ascii="Arial" w:hAnsi="Arial"/>
          <w:b w:val="0"/>
          <w:i/>
          <w:color w:val="6B7280"/>
          <w:sz w:val="15"/>
        </w:rPr>
        <w:t>Upute u uglatim zagradama zamijenite vlastitim podacima. Polja označena „po potrebi” možete izbrisati.</w:t>
      </w:r>
    </w:p>
    <w:p>
      <w:pPr>
        <w:spacing w:before="140" w:after="80"/>
        <w:pBdr>
          <w:bottom w:val="single" w:sz="10" w:space="4" w:color="255E8A"/>
        </w:pBdr>
      </w:pPr>
      <w:r>
        <w:rPr>
          <w:rFonts w:ascii="Arial" w:hAnsi="Arial"/>
          <w:b/>
          <w:i w:val="0"/>
          <w:color w:val="1E4D70"/>
          <w:sz w:val="22"/>
        </w:rPr>
        <w:t>RADNO ISKUSTVO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7143"/>
        <w:gridCol w:w="2324"/>
      </w:tblGrid>
      <w:tr>
        <w:trPr>
          <w:cantSplit/>
        </w:trPr>
        <w:tc>
          <w:tcPr>
            <w:tcW w:type="dxa" w:w="4989"/>
            <w:tcMar>
              <w:top w:w="0" w:type="dxa"/>
              <w:start w:w="0" w:type="dxa"/>
              <w:bottom w:w="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/>
                <w:color w:val="6B7280"/>
                <w:sz w:val="20"/>
              </w:rPr>
              <w:t>[Radno mjesto / funkcija]</w:t>
            </w:r>
          </w:p>
        </w:tc>
        <w:tc>
          <w:tcPr>
            <w:tcW w:type="dxa" w:w="4989"/>
            <w:tcMar>
              <w:top w:w="0" w:type="dxa"/>
              <w:start w:w="70" w:type="dxa"/>
              <w:bottom w:w="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18"/>
              </w:rPr>
              <w:t>[MM/GGGG – MM/GGGG]</w:t>
            </w:r>
          </w:p>
        </w:tc>
      </w:tr>
    </w:tbl>
    <w:p>
      <w:pPr>
        <w:spacing w:before="0" w:after="20"/>
      </w:pPr>
      <w:r>
        <w:rPr>
          <w:rFonts w:ascii="Arial" w:hAnsi="Arial"/>
          <w:b w:val="0"/>
          <w:i/>
          <w:color w:val="6B7280"/>
          <w:sz w:val="19"/>
        </w:rPr>
        <w:t>[Naziv poslodavca, mjesto]</w:t>
      </w:r>
    </w:p>
    <w:p>
      <w:r>
        <w:rPr>
          <w:rFonts w:ascii="Arial" w:hAnsi="Arial"/>
          <w:color w:val="255E8A"/>
        </w:rPr>
        <w:t>• </w:t>
      </w:r>
      <w:pPr>
        <w:pStyle w:val="CVBullet"/>
      </w:pPr>
      <w:r>
        <w:rPr>
          <w:rFonts w:ascii="Arial" w:hAnsi="Arial"/>
          <w:b w:val="0"/>
          <w:i/>
          <w:color w:val="6B7280"/>
          <w:sz w:val="19"/>
        </w:rPr>
        <w:t>[Glavni poslovi i odgovornosti]</w:t>
      </w:r>
    </w:p>
    <w:p>
      <w:r>
        <w:rPr>
          <w:rFonts w:ascii="Arial" w:hAnsi="Arial"/>
          <w:color w:val="255E8A"/>
        </w:rPr>
        <w:t>• </w:t>
      </w:r>
      <w:pPr>
        <w:pStyle w:val="CVBullet"/>
      </w:pPr>
      <w:r>
        <w:rPr>
          <w:rFonts w:ascii="Arial" w:hAnsi="Arial"/>
          <w:b w:val="0"/>
          <w:i/>
          <w:color w:val="6B7280"/>
          <w:sz w:val="19"/>
        </w:rPr>
        <w:t>[Važna vještina ili rezultat – po potrebi]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7143"/>
        <w:gridCol w:w="2324"/>
      </w:tblGrid>
      <w:tr>
        <w:trPr>
          <w:cantSplit/>
        </w:trPr>
        <w:tc>
          <w:tcPr>
            <w:tcW w:type="dxa" w:w="4989"/>
            <w:tcMar>
              <w:top w:w="0" w:type="dxa"/>
              <w:start w:w="0" w:type="dxa"/>
              <w:bottom w:w="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/>
                <w:color w:val="6B7280"/>
                <w:sz w:val="20"/>
              </w:rPr>
              <w:t>[Radno mjesto / funkcija]</w:t>
            </w:r>
          </w:p>
        </w:tc>
        <w:tc>
          <w:tcPr>
            <w:tcW w:type="dxa" w:w="4989"/>
            <w:tcMar>
              <w:top w:w="0" w:type="dxa"/>
              <w:start w:w="70" w:type="dxa"/>
              <w:bottom w:w="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18"/>
              </w:rPr>
              <w:t>[MM/GGGG – MM/GGGG]</w:t>
            </w:r>
          </w:p>
        </w:tc>
      </w:tr>
    </w:tbl>
    <w:p>
      <w:pPr>
        <w:spacing w:before="0" w:after="20"/>
      </w:pPr>
      <w:r>
        <w:rPr>
          <w:rFonts w:ascii="Arial" w:hAnsi="Arial"/>
          <w:b w:val="0"/>
          <w:i/>
          <w:color w:val="6B7280"/>
          <w:sz w:val="19"/>
        </w:rPr>
        <w:t>[Naziv poslodavca, mjesto]</w:t>
      </w:r>
    </w:p>
    <w:p>
      <w:r>
        <w:rPr>
          <w:rFonts w:ascii="Arial" w:hAnsi="Arial"/>
          <w:color w:val="255E8A"/>
        </w:rPr>
        <w:t>• </w:t>
      </w:r>
      <w:pPr>
        <w:pStyle w:val="CVBullet"/>
      </w:pPr>
      <w:r>
        <w:rPr>
          <w:rFonts w:ascii="Arial" w:hAnsi="Arial"/>
          <w:b w:val="0"/>
          <w:i/>
          <w:color w:val="6B7280"/>
          <w:sz w:val="19"/>
        </w:rPr>
        <w:t>[Glavni poslovi i odgovornosti]</w:t>
      </w:r>
    </w:p>
    <w:p>
      <w:pPr>
        <w:spacing w:before="20" w:after="20"/>
      </w:pPr>
      <w:r>
        <w:rPr>
          <w:rFonts w:ascii="Arial" w:hAnsi="Arial"/>
          <w:b w:val="0"/>
          <w:i/>
          <w:color w:val="6B7280"/>
          <w:sz w:val="15"/>
        </w:rPr>
        <w:t>Ako nemate radno iskustvo, ovdje možete navesti stručnu praksu, sezonske ili povremene poslove i volontiranje.</w:t>
      </w:r>
    </w:p>
    <w:p>
      <w:pPr>
        <w:spacing w:before="140" w:after="80"/>
        <w:pBdr>
          <w:bottom w:val="single" w:sz="10" w:space="4" w:color="255E8A"/>
        </w:pBdr>
      </w:pPr>
      <w:r>
        <w:rPr>
          <w:rFonts w:ascii="Arial" w:hAnsi="Arial"/>
          <w:b/>
          <w:i w:val="0"/>
          <w:color w:val="1E4D70"/>
          <w:sz w:val="22"/>
        </w:rPr>
        <w:t>OBRAZOVANJE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7143"/>
        <w:gridCol w:w="2324"/>
      </w:tblGrid>
      <w:tr>
        <w:trPr>
          <w:cantSplit/>
        </w:trPr>
        <w:tc>
          <w:tcPr>
            <w:tcW w:type="dxa" w:w="4989"/>
            <w:tcMar>
              <w:top w:w="0" w:type="dxa"/>
              <w:start w:w="0" w:type="dxa"/>
              <w:bottom w:w="0" w:type="dxa"/>
              <w:end w:w="7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/>
                <w:color w:val="6B7280"/>
                <w:sz w:val="20"/>
              </w:rPr>
              <w:t>[Stečeno zvanje / kvalifikacija]</w:t>
            </w:r>
          </w:p>
        </w:tc>
        <w:tc>
          <w:tcPr>
            <w:tcW w:type="dxa" w:w="4989"/>
            <w:tcMar>
              <w:top w:w="0" w:type="dxa"/>
              <w:start w:w="70" w:type="dxa"/>
              <w:bottom w:w="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18"/>
              </w:rPr>
              <w:t>[GGGG]</w:t>
            </w:r>
          </w:p>
        </w:tc>
      </w:tr>
    </w:tbl>
    <w:p>
      <w:pPr>
        <w:spacing w:before="0" w:after="20"/>
      </w:pPr>
      <w:r>
        <w:rPr>
          <w:rFonts w:ascii="Arial" w:hAnsi="Arial"/>
          <w:b w:val="0"/>
          <w:i/>
          <w:color w:val="6B7280"/>
          <w:sz w:val="19"/>
        </w:rPr>
        <w:t>[Naziv škole / obrazovne ustanove, mjesto]</w:t>
      </w:r>
    </w:p>
    <w:p>
      <w:pPr>
        <w:spacing w:before="0" w:after="20"/>
      </w:pPr>
      <w:r>
        <w:rPr>
          <w:rFonts w:ascii="Arial" w:hAnsi="Arial"/>
          <w:b w:val="0"/>
          <w:i/>
          <w:color w:val="6B7280"/>
          <w:sz w:val="17"/>
        </w:rPr>
        <w:t>[Po potrebi dodajte još jednu školu / kvalifikaciju]</w:t>
      </w:r>
    </w:p>
    <w:p>
      <w:pPr>
        <w:spacing w:before="140" w:after="80"/>
        <w:pBdr>
          <w:bottom w:val="single" w:sz="10" w:space="4" w:color="255E8A"/>
        </w:pBdr>
      </w:pPr>
      <w:r>
        <w:rPr>
          <w:rFonts w:ascii="Arial" w:hAnsi="Arial"/>
          <w:b/>
          <w:i w:val="0"/>
          <w:color w:val="1E4D70"/>
          <w:sz w:val="22"/>
        </w:rPr>
        <w:t>VJEŠTINE I ZNANJA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4734"/>
        <w:gridCol w:w="4734"/>
      </w:tblGrid>
      <w:tr>
        <w:trPr>
          <w:cantSplit/>
        </w:trPr>
        <w:tc>
          <w:tcPr>
            <w:tcW w:type="dxa" w:w="4989"/>
            <w:shd w:fill="F4F6F8"/>
            <w:tcMar>
              <w:top w:w="70" w:type="dxa"/>
              <w:start w:w="105" w:type="dxa"/>
              <w:bottom w:w="70" w:type="dxa"/>
              <w:end w:w="10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1E4D70"/>
                <w:sz w:val="19"/>
              </w:rPr>
              <w:t>Stručne i praktične vještine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6B7280"/>
                <w:sz w:val="17"/>
              </w:rPr>
              <w:t>[Npr. prodaja, administracija, rad sa strojevima, zavarivanje, njega...]</w:t>
            </w:r>
          </w:p>
        </w:tc>
        <w:tc>
          <w:tcPr>
            <w:tcW w:type="dxa" w:w="4989"/>
            <w:shd w:fill="F4F6F8"/>
            <w:tcMar>
              <w:top w:w="70" w:type="dxa"/>
              <w:start w:w="105" w:type="dxa"/>
              <w:bottom w:w="70" w:type="dxa"/>
              <w:end w:w="10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1E4D70"/>
                <w:sz w:val="19"/>
              </w:rPr>
              <w:t>Digitalne vještine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6B7280"/>
                <w:sz w:val="17"/>
              </w:rPr>
              <w:t>[Npr. Word, Excel, e-pošta, poslovni programi...]</w:t>
            </w:r>
          </w:p>
        </w:tc>
      </w:tr>
      <w:tr>
        <w:trPr>
          <w:cantSplit/>
        </w:trPr>
        <w:tc>
          <w:tcPr>
            <w:tcW w:type="dxa" w:w="4989"/>
            <w:shd w:fill="F4F6F8"/>
            <w:tcMar>
              <w:top w:w="70" w:type="dxa"/>
              <w:start w:w="105" w:type="dxa"/>
              <w:bottom w:w="70" w:type="dxa"/>
              <w:end w:w="10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1E4D70"/>
                <w:sz w:val="19"/>
              </w:rPr>
              <w:t>Strani jezici (po potrebi)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6B7280"/>
                <w:sz w:val="17"/>
              </w:rPr>
              <w:t>[Npr. engleski B1, njemački A2...]</w:t>
            </w:r>
          </w:p>
        </w:tc>
        <w:tc>
          <w:tcPr>
            <w:tcW w:type="dxa" w:w="4989"/>
            <w:shd w:fill="F4F6F8"/>
            <w:tcMar>
              <w:top w:w="70" w:type="dxa"/>
              <w:start w:w="105" w:type="dxa"/>
              <w:bottom w:w="70" w:type="dxa"/>
              <w:end w:w="10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1E4D70"/>
                <w:sz w:val="19"/>
              </w:rPr>
              <w:t>Ostalo (po potrebi)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6B7280"/>
                <w:sz w:val="17"/>
              </w:rPr>
              <w:t>[Vozačka dozvola, obuka, certifikat, praksa ili druga relevantna informacija.]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7E1E8"/>
          <w:start w:val="single" w:sz="5" w:space="0" w:color="D7E1E8"/>
          <w:bottom w:val="single" w:sz="5" w:space="0" w:color="D7E1E8"/>
          <w:end w:val="single" w:sz="5" w:space="0" w:color="D7E1E8"/>
        </w:tblBorders>
      </w:tblPr>
      <w:tblGrid>
        <w:gridCol w:w="9468"/>
      </w:tblGrid>
      <w:tr>
        <w:tc>
          <w:tcPr>
            <w:tcW w:type="dxa" w:w="9978"/>
            <w:shd w:fill="F8FAFB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E4D70"/>
                <w:sz w:val="17"/>
              </w:rPr>
              <w:t xml:space="preserve">Prije slanja: </w:t>
            </w:r>
            <w:r>
              <w:rPr>
                <w:rFonts w:ascii="Arial" w:hAnsi="Arial"/>
                <w:b w:val="0"/>
                <w:i w:val="0"/>
                <w:color w:val="6B7280"/>
                <w:sz w:val="17"/>
              </w:rPr>
              <w:t>izbrišite upute i prazna polja, provjerite pravopis i kontaktne podatke te životopis prilagodite konkretnom oglasu.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65" w:right="964" w:bottom="709" w:left="964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6B7280"/>
        <w:sz w:val="15"/>
      </w:rPr>
      <w:t>Predložak za osobnu prilagodbu • Županijski zavod za upošljavanje Livno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  <w:pBdr>
        <w:bottom w:val="single" w:sz="12" w:space="3" w:color="255E8A"/>
      </w:pBdr>
    </w:pPr>
    <w:r>
      <w:rPr>
        <w:rFonts w:ascii="Arial" w:hAnsi="Arial"/>
        <w:b/>
        <w:i w:val="0"/>
        <w:color w:val="255E8A"/>
        <w:sz w:val="16"/>
      </w:rPr>
      <w:t>JEDNOSTAVNI PREDLOŽAK ŽIVOTOPISA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/>
      <w:color w:val="1F29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Bullet">
    <w:name w:val="CV Bullet"/>
    <w:pPr>
      <w:spacing w:after="0"/>
      <w:ind w:left="272" w:hanging="142"/>
    </w:pPr>
    <w:rPr>
      <w:rFonts w:ascii="Arial" w:hAnsi="Arial"/>
      <w:color w:val="1F2933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Jednostavni predložak životopisa</dc:title>
  <dc:subject>Jednostavni predložak za izradu životopisa</dc:subject>
  <dc:creator>Županijski zavod za upošljavanje Livno</dc:creator>
  <cp:keywords>životopis, CV, predložak, zapošljavanje</cp:keywords>
  <dc:description>Jednostavni predložak za osobnu prilagodbu.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